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ABB2A" w14:textId="77777777" w:rsidR="00225C09" w:rsidRPr="00F15644" w:rsidRDefault="00000000">
      <w:pPr>
        <w:pStyle w:val="Kop1"/>
        <w:rPr>
          <w:i/>
          <w:iCs/>
          <w:lang w:val="nl-NL"/>
        </w:rPr>
      </w:pPr>
      <w:r w:rsidRPr="00F15644">
        <w:rPr>
          <w:i/>
          <w:iCs/>
          <w:lang w:val="nl-NL"/>
        </w:rPr>
        <w:t>Persbericht</w:t>
      </w:r>
    </w:p>
    <w:p w14:paraId="3B4B0DA7" w14:textId="30B9F67D" w:rsidR="00225C09" w:rsidRPr="00F15644" w:rsidRDefault="00000000">
      <w:pPr>
        <w:rPr>
          <w:i/>
          <w:iCs/>
          <w:lang w:val="nl-NL"/>
        </w:rPr>
      </w:pPr>
      <w:r w:rsidRPr="00F15644">
        <w:rPr>
          <w:i/>
          <w:iCs/>
          <w:lang w:val="nl-NL"/>
        </w:rPr>
        <w:t>Dit persbericht is een sjabloon dat gemeenten kunnen gebruiken na een actie of controle in het kader van de regionale ondermijningsweken. Vul de variabelen in en pas de tekst aan naar de lokale situatie</w:t>
      </w:r>
      <w:r w:rsidR="00F15644">
        <w:rPr>
          <w:i/>
          <w:iCs/>
          <w:lang w:val="nl-NL"/>
        </w:rPr>
        <w:t xml:space="preserve"> of binnen het persbericht format van je gemeente.</w:t>
      </w:r>
    </w:p>
    <w:p w14:paraId="49579FE0" w14:textId="77777777" w:rsidR="00225C09" w:rsidRPr="00F15644" w:rsidRDefault="00000000">
      <w:pPr>
        <w:pStyle w:val="Kop2"/>
        <w:rPr>
          <w:lang w:val="nl-NL"/>
        </w:rPr>
      </w:pPr>
      <w:r w:rsidRPr="00F15644">
        <w:rPr>
          <w:lang w:val="nl-NL"/>
        </w:rPr>
        <w:t>Kop (titel van het persbericht)</w:t>
      </w:r>
    </w:p>
    <w:p w14:paraId="419D36E8" w14:textId="77777777" w:rsidR="00225C09" w:rsidRPr="00F15644" w:rsidRDefault="00000000">
      <w:pPr>
        <w:rPr>
          <w:lang w:val="nl-NL"/>
        </w:rPr>
      </w:pPr>
      <w:r w:rsidRPr="00F15644">
        <w:rPr>
          <w:lang w:val="nl-NL"/>
        </w:rPr>
        <w:t>Voorbeeld: Gemeente [X] en partners voeren controle uit tegen ondermijning</w:t>
      </w:r>
    </w:p>
    <w:p w14:paraId="475036A6" w14:textId="77777777" w:rsidR="00225C09" w:rsidRPr="00F15644" w:rsidRDefault="00000000">
      <w:pPr>
        <w:pStyle w:val="Kop2"/>
        <w:rPr>
          <w:lang w:val="nl-NL"/>
        </w:rPr>
      </w:pPr>
      <w:r w:rsidRPr="00F15644">
        <w:rPr>
          <w:lang w:val="nl-NL"/>
        </w:rPr>
        <w:t>Intro (eerste alinea)</w:t>
      </w:r>
    </w:p>
    <w:p w14:paraId="6B4D6C5F" w14:textId="3BE63494" w:rsidR="00225C09" w:rsidRPr="00F15644" w:rsidRDefault="00000000">
      <w:pPr>
        <w:rPr>
          <w:lang w:val="nl-NL"/>
        </w:rPr>
      </w:pPr>
      <w:r w:rsidRPr="00F15644">
        <w:rPr>
          <w:lang w:val="nl-NL"/>
        </w:rPr>
        <w:t xml:space="preserve">In de gemeente [X] is op [datum] samen met politie, OM en </w:t>
      </w:r>
      <w:r w:rsidR="00F15644">
        <w:rPr>
          <w:lang w:val="nl-NL"/>
        </w:rPr>
        <w:t>[</w:t>
      </w:r>
      <w:r w:rsidRPr="00F15644">
        <w:rPr>
          <w:lang w:val="nl-NL"/>
        </w:rPr>
        <w:t>andere partners</w:t>
      </w:r>
      <w:r w:rsidR="00F15644">
        <w:rPr>
          <w:lang w:val="nl-NL"/>
        </w:rPr>
        <w:t>]</w:t>
      </w:r>
      <w:r w:rsidRPr="00F15644">
        <w:rPr>
          <w:lang w:val="nl-NL"/>
        </w:rPr>
        <w:t xml:space="preserve"> een actie gehouden tegen ondermijning. Tijdens de actie werden [kort benoemen: aantal controles, type locaties, doelen].</w:t>
      </w:r>
    </w:p>
    <w:p w14:paraId="14437233" w14:textId="77777777" w:rsidR="00225C09" w:rsidRPr="00F15644" w:rsidRDefault="00000000">
      <w:pPr>
        <w:pStyle w:val="Kop2"/>
        <w:rPr>
          <w:lang w:val="nl-NL"/>
        </w:rPr>
      </w:pPr>
      <w:r w:rsidRPr="00F15644">
        <w:rPr>
          <w:lang w:val="nl-NL"/>
        </w:rPr>
        <w:t>Verdere informatie (kerntekst)</w:t>
      </w:r>
    </w:p>
    <w:p w14:paraId="7A80C167" w14:textId="77777777" w:rsidR="00225C09" w:rsidRPr="00F15644" w:rsidRDefault="00000000">
      <w:pPr>
        <w:rPr>
          <w:lang w:val="nl-NL"/>
        </w:rPr>
      </w:pPr>
      <w:r w:rsidRPr="00F15644">
        <w:rPr>
          <w:lang w:val="nl-NL"/>
        </w:rPr>
        <w:t>Tijdens de actie zijn [aantal] bedrijven/panden/locaties gecontroleerd. Daarbij zijn [bevindingen: bijv. overtredingen, illegale activiteiten, sluitingen] geconstateerd. De actie maakt onderdeel uit van de gezamenlijke aanpak van gemeenten, politie en andere partners om ondermijnende criminaliteit in Twente terug te dringen.</w:t>
      </w:r>
    </w:p>
    <w:p w14:paraId="38887312" w14:textId="77777777" w:rsidR="00225C09" w:rsidRPr="00F15644" w:rsidRDefault="00000000">
      <w:pPr>
        <w:pStyle w:val="Kop2"/>
        <w:rPr>
          <w:lang w:val="nl-NL"/>
        </w:rPr>
      </w:pPr>
      <w:r w:rsidRPr="00F15644">
        <w:rPr>
          <w:lang w:val="nl-NL"/>
        </w:rPr>
        <w:t>Citaten</w:t>
      </w:r>
    </w:p>
    <w:p w14:paraId="65B34DAE" w14:textId="741C6743" w:rsidR="00225C09" w:rsidRPr="00F15644" w:rsidRDefault="00000000">
      <w:pPr>
        <w:rPr>
          <w:lang w:val="nl-NL"/>
        </w:rPr>
      </w:pPr>
      <w:r w:rsidRPr="00F15644">
        <w:rPr>
          <w:lang w:val="nl-NL"/>
        </w:rPr>
        <w:t>Bijvoorbeeld een citaat van de burgemeester of wethouder:</w:t>
      </w:r>
      <w:r w:rsidR="00F15644">
        <w:rPr>
          <w:lang w:val="nl-NL"/>
        </w:rPr>
        <w:t xml:space="preserve"> [“………”]</w:t>
      </w:r>
      <w:r w:rsidRPr="00F15644">
        <w:rPr>
          <w:lang w:val="nl-NL"/>
        </w:rPr>
        <w:br/>
        <w:t>"Met deze gezamenlijke acties laten we zien dat we ondermijnende criminaliteit samen aanpakken. We willen een duidelijke boodschap afgeven: dit hoort niet thuis in onze gemeente."</w:t>
      </w:r>
    </w:p>
    <w:p w14:paraId="2AB80BBE" w14:textId="77777777" w:rsidR="00225C09" w:rsidRPr="00F15644" w:rsidRDefault="00000000">
      <w:pPr>
        <w:pStyle w:val="Kop2"/>
        <w:rPr>
          <w:lang w:val="nl-NL"/>
        </w:rPr>
      </w:pPr>
      <w:r w:rsidRPr="00F15644">
        <w:rPr>
          <w:lang w:val="nl-NL"/>
        </w:rPr>
        <w:t>Oproep aan inwoners</w:t>
      </w:r>
    </w:p>
    <w:p w14:paraId="1849E833" w14:textId="77777777" w:rsidR="00F15644" w:rsidRDefault="00F15644">
      <w:pPr>
        <w:pStyle w:val="Kop2"/>
        <w:rPr>
          <w:rFonts w:asciiTheme="minorHAnsi" w:eastAsiaTheme="minorEastAsia" w:hAnsiTheme="minorHAnsi" w:cstheme="minorBidi"/>
          <w:b w:val="0"/>
          <w:bCs w:val="0"/>
          <w:color w:val="auto"/>
          <w:sz w:val="22"/>
          <w:szCs w:val="22"/>
          <w:lang w:val="nl-NL"/>
        </w:rPr>
      </w:pPr>
      <w:r w:rsidRPr="00F15644">
        <w:rPr>
          <w:rFonts w:asciiTheme="minorHAnsi" w:eastAsiaTheme="minorEastAsia" w:hAnsiTheme="minorHAnsi" w:cstheme="minorBidi"/>
          <w:b w:val="0"/>
          <w:bCs w:val="0"/>
          <w:color w:val="auto"/>
          <w:sz w:val="22"/>
          <w:szCs w:val="22"/>
          <w:lang w:val="nl-NL"/>
        </w:rPr>
        <w:t>Ondernemers en particulieren spelen een belangrijke rol in de aanpak van ondermijnende criminaliteit. Bij signalen kunnen zij contact opnemen met de politie via 0900-8844. Anoniem melden kan via Meld Misdaad Anoniem op www.meldmisdaadanoniem.nl of door kosteloos te bellen met 0800-7000.</w:t>
      </w:r>
    </w:p>
    <w:p w14:paraId="361CD516" w14:textId="311514EF" w:rsidR="00225C09" w:rsidRPr="00F15644" w:rsidRDefault="00000000">
      <w:pPr>
        <w:pStyle w:val="Kop2"/>
        <w:rPr>
          <w:lang w:val="nl-NL"/>
        </w:rPr>
      </w:pPr>
      <w:r w:rsidRPr="00F15644">
        <w:rPr>
          <w:lang w:val="nl-NL"/>
        </w:rPr>
        <w:t>Noot voor de redactie</w:t>
      </w:r>
    </w:p>
    <w:p w14:paraId="0B2777D9" w14:textId="77777777" w:rsidR="00225C09" w:rsidRPr="00F15644" w:rsidRDefault="00000000">
      <w:pPr>
        <w:rPr>
          <w:lang w:val="nl-NL"/>
        </w:rPr>
      </w:pPr>
      <w:r w:rsidRPr="00F15644">
        <w:rPr>
          <w:lang w:val="nl-NL"/>
        </w:rPr>
        <w:t xml:space="preserve">Voor meer informatie kunt u contact opnemen met: </w:t>
      </w:r>
      <w:r w:rsidRPr="00F15644">
        <w:rPr>
          <w:lang w:val="nl-NL"/>
        </w:rPr>
        <w:br/>
        <w:t>[Naam en functie woordvoerder]</w:t>
      </w:r>
      <w:r w:rsidRPr="00F15644">
        <w:rPr>
          <w:lang w:val="nl-NL"/>
        </w:rPr>
        <w:br/>
        <w:t>Gemeente [X]</w:t>
      </w:r>
      <w:r w:rsidRPr="00F15644">
        <w:rPr>
          <w:lang w:val="nl-NL"/>
        </w:rPr>
        <w:br/>
        <w:t>Telefoon: [nummer]</w:t>
      </w:r>
      <w:r w:rsidRPr="00F15644">
        <w:rPr>
          <w:lang w:val="nl-NL"/>
        </w:rPr>
        <w:br/>
        <w:t>E-mail: [mailadres]</w:t>
      </w:r>
    </w:p>
    <w:sectPr w:rsidR="00225C09" w:rsidRPr="00F1564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640500065">
    <w:abstractNumId w:val="8"/>
  </w:num>
  <w:num w:numId="2" w16cid:durableId="1858930708">
    <w:abstractNumId w:val="6"/>
  </w:num>
  <w:num w:numId="3" w16cid:durableId="1976830151">
    <w:abstractNumId w:val="5"/>
  </w:num>
  <w:num w:numId="4" w16cid:durableId="1945989527">
    <w:abstractNumId w:val="4"/>
  </w:num>
  <w:num w:numId="5" w16cid:durableId="1535655231">
    <w:abstractNumId w:val="7"/>
  </w:num>
  <w:num w:numId="6" w16cid:durableId="1560941451">
    <w:abstractNumId w:val="3"/>
  </w:num>
  <w:num w:numId="7" w16cid:durableId="121120559">
    <w:abstractNumId w:val="2"/>
  </w:num>
  <w:num w:numId="8" w16cid:durableId="2079205937">
    <w:abstractNumId w:val="1"/>
  </w:num>
  <w:num w:numId="9" w16cid:durableId="2034453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5C09"/>
    <w:rsid w:val="0029639D"/>
    <w:rsid w:val="00326F90"/>
    <w:rsid w:val="00AA1D8D"/>
    <w:rsid w:val="00B47730"/>
    <w:rsid w:val="00CB0664"/>
    <w:rsid w:val="00D23011"/>
    <w:rsid w:val="00F1564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50D3CB"/>
  <w14:defaultImageDpi w14:val="300"/>
  <w15:docId w15:val="{928030C5-219F-416D-A34B-0AFB8CC9B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256</Words>
  <Characters>1410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Jop Wieffer</cp:lastModifiedBy>
  <cp:revision>2</cp:revision>
  <dcterms:created xsi:type="dcterms:W3CDTF">2025-09-09T08:43:00Z</dcterms:created>
  <dcterms:modified xsi:type="dcterms:W3CDTF">2025-09-09T08:43:00Z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49481-729f-4c25-9d76-7e756a23b236_Enabled">
    <vt:lpwstr>true</vt:lpwstr>
  </property>
  <property fmtid="{D5CDD505-2E9C-101B-9397-08002B2CF9AE}" pid="3" name="MSIP_Label_e8f49481-729f-4c25-9d76-7e756a23b236_SetDate">
    <vt:lpwstr>2025-09-09T08:43:37Z</vt:lpwstr>
  </property>
  <property fmtid="{D5CDD505-2E9C-101B-9397-08002B2CF9AE}" pid="4" name="MSIP_Label_e8f49481-729f-4c25-9d76-7e756a23b236_Method">
    <vt:lpwstr>Standard</vt:lpwstr>
  </property>
  <property fmtid="{D5CDD505-2E9C-101B-9397-08002B2CF9AE}" pid="5" name="MSIP_Label_e8f49481-729f-4c25-9d76-7e756a23b236_Name">
    <vt:lpwstr>General</vt:lpwstr>
  </property>
  <property fmtid="{D5CDD505-2E9C-101B-9397-08002B2CF9AE}" pid="6" name="MSIP_Label_e8f49481-729f-4c25-9d76-7e756a23b236_SiteId">
    <vt:lpwstr>b0797616-7833-4d18-8c72-0c75eddaa9dc</vt:lpwstr>
  </property>
  <property fmtid="{D5CDD505-2E9C-101B-9397-08002B2CF9AE}" pid="7" name="MSIP_Label_e8f49481-729f-4c25-9d76-7e756a23b236_ActionId">
    <vt:lpwstr>c465e683-839a-4d13-bc72-a928151d07f2</vt:lpwstr>
  </property>
  <property fmtid="{D5CDD505-2E9C-101B-9397-08002B2CF9AE}" pid="8" name="MSIP_Label_e8f49481-729f-4c25-9d76-7e756a23b236_ContentBits">
    <vt:lpwstr>0</vt:lpwstr>
  </property>
  <property fmtid="{D5CDD505-2E9C-101B-9397-08002B2CF9AE}" pid="9" name="MSIP_Label_e8f49481-729f-4c25-9d76-7e756a23b236_Tag">
    <vt:lpwstr>10, 3, 0, 1</vt:lpwstr>
  </property>
</Properties>
</file>